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УДЕРЖАНИИ АЛИМЕНТОВ РАБОТОДАТЕЛЕМ</w:t>
      </w:r>
    </w:p>
    <w:p>
      <w:pPr>
        <w:ind w:firstLine="283"/>
      </w:pPr>
      <w:r>
        <w:t xml:space="preserve">Прошу производить удержание алиментов с доходов </w:t>
      </w:r>
      <w:r>
        <w:rPr>
          <w:i/>
          <w:color w:val="854D0E"/>
        </w:rPr>
        <w:t>Иванова Алексея Петровича</w:t>
      </w:r>
      <w:r>
        <w:t xml:space="preserve"> на основании прилагаемого </w:t>
      </w:r>
      <w:r>
        <w:rPr>
          <w:i/>
          <w:color w:val="854D0E"/>
        </w:rPr>
        <w:t>исполнительного листа серии ФС № 000000000, выданного 1 июля 2026 г. Нагатинским районным судом города Москвы по делу № 2-1002/2026.</w:t>
      </w:r>
      <w:r/>
    </w:p>
    <w:p>
      <w:pPr>
        <w:ind w:firstLine="283"/>
      </w:pPr>
      <w:r>
        <w:t xml:space="preserve">Денежные средства прошу перечислять на счёт по следующим реквизитам: Получатель: </w:t>
      </w:r>
      <w:r>
        <w:rPr>
          <w:i/>
          <w:color w:val="854D0E"/>
        </w:rPr>
        <w:t>Иванова Мария Сергеевна</w:t>
      </w:r>
      <w:r>
        <w:t xml:space="preserve">; счёт: </w:t>
      </w:r>
      <w:r>
        <w:rPr>
          <w:i/>
          <w:color w:val="854D0E"/>
        </w:rPr>
        <w:t>00000000000000000000</w:t>
      </w:r>
      <w:r>
        <w:t xml:space="preserve">; банк: </w:t>
      </w:r>
      <w:r>
        <w:rPr>
          <w:i/>
          <w:color w:val="854D0E"/>
        </w:rPr>
        <w:t>ПАО Сбербанк</w:t>
      </w:r>
      <w:r>
        <w:t xml:space="preserve">; БИК: </w:t>
      </w:r>
      <w:r>
        <w:rPr>
          <w:i/>
          <w:color w:val="854D0E"/>
        </w:rPr>
        <w:t>044525225</w:t>
      </w:r>
      <w:r>
        <w:t>.</w:t>
      </w:r>
    </w:p>
    <w:p>
      <w:pPr>
        <w:ind w:firstLine="283"/>
      </w:pPr>
      <w:r>
        <w:t xml:space="preserve">Сведения о взыскателе: </w:t>
      </w:r>
      <w:r>
        <w:rPr>
          <w:i/>
          <w:color w:val="854D0E"/>
        </w:rPr>
        <w:t>Иванова Мария Сергеевна, паспорт 45 11 № 123456, выдан ОМВД России по району Орехово-Борисово Северное г. Москвы 20 июня 2011 года, код подразделения 770-123.</w:t>
      </w:r>
      <w:r/>
    </w:p>
    <w:p>
      <w:pPr>
        <w:keepNext/>
        <w:ind w:firstLine="283"/>
      </w:pPr>
      <w:r>
        <w:t xml:space="preserve">Приложение: </w:t>
      </w:r>
      <w:r>
        <w:rPr>
          <w:i/>
          <w:color w:val="854D0E"/>
        </w:rPr>
        <w:t>подлинник исполнительного листа серии ФС № 000000000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удержании алиментов работодателем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