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паспорт: серия </w:t>
      </w:r>
      <w:r>
        <w:rPr>
          <w:i/>
          <w:color w:val="854D0E"/>
        </w:rPr>
        <w:t>00 00 № 000000</w:t>
      </w:r>
      <w:r>
        <w:t xml:space="preserve">, подтверждаю, что получила наличными от </w:t>
      </w:r>
      <w:r>
        <w:rPr>
          <w:i/>
          <w:color w:val="854D0E"/>
        </w:rPr>
        <w:t>Иванова Алексея Петровича</w:t>
      </w:r>
      <w:r>
        <w:t xml:space="preserve">, паспорт: серия </w:t>
      </w:r>
      <w:r>
        <w:rPr>
          <w:i/>
          <w:color w:val="854D0E"/>
        </w:rPr>
        <w:t>00 00 № 000001</w:t>
      </w:r>
      <w:r>
        <w:t xml:space="preserve">, денежные средства в размере </w:t>
      </w:r>
      <w:r>
        <w:rPr>
          <w:i/>
          <w:color w:val="854D0E"/>
        </w:rPr>
        <w:t>100 000</w:t>
      </w:r>
      <w:r>
        <w:t xml:space="preserve"> (</w:t>
      </w:r>
      <w:r>
        <w:rPr>
          <w:i/>
          <w:color w:val="854D0E"/>
        </w:rPr>
        <w:t>сто тысяч</w:t>
      </w:r>
      <w:r>
        <w:t xml:space="preserve">) рублей в качестве аванса по Соглашению о передаче и возврате аванса в связи с переговорами о покупке квартиры от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Квартира: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. Кадастровый номер: </w:t>
      </w:r>
      <w:r>
        <w:rPr>
          <w:i/>
          <w:color w:val="854D0E"/>
        </w:rPr>
        <w:t>77:00:0000000:100</w:t>
      </w:r>
      <w:r>
        <w:t>.</w:t>
      </w:r>
    </w:p>
    <w:p>
      <w:pPr>
        <w:ind w:firstLine="283"/>
      </w:pPr>
      <w:r>
        <w:t>Денежные средства получила полностью.</w:t>
      </w:r>
    </w:p>
    <w:p>
      <w:pPr>
        <w:keepNext/>
        <w:ind w:firstLine="283"/>
      </w:pPr>
      <w:r>
        <w:t xml:space="preserve">Получатель: </w:t>
      </w:r>
      <w:r>
        <w:rPr>
          <w:i/>
          <w:color w:val="854D0E"/>
        </w:rPr>
        <w:t>Иванова Мария Сергеевна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наличного аванса по соглашению о переговорах о покупке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