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В </w:t>
            </w:r>
            <w:r>
              <w:rPr>
                <w:i/>
                <w:color w:val="854D0E"/>
                <w:sz w:val="24"/>
              </w:rPr>
              <w:t>Территориальный отдел по вопросам опеки и попечительства № 1 Управления опеки и попечительства Департамента труда и социальной защиты населения города Москвы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Адрес: </w:t>
            </w:r>
            <w:r>
              <w:rPr>
                <w:i/>
                <w:color w:val="854D0E"/>
                <w:sz w:val="24"/>
              </w:rPr>
              <w:t>г. Москва, ул. Кантемировская, д. 29, корп. 1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От: </w:t>
            </w:r>
            <w:r>
              <w:rPr>
                <w:i/>
                <w:color w:val="854D0E"/>
                <w:sz w:val="24"/>
              </w:rPr>
              <w:t>Смирнова Ольга Николаевна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Адрес: </w:t>
            </w:r>
            <w:r>
              <w:rPr>
                <w:i/>
                <w:color w:val="854D0E"/>
                <w:sz w:val="24"/>
              </w:rPr>
              <w:t>г. Москва, Ореховый бульвар, д. 10, корп. 1, кв. 12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320" w:after="180"/>
        <w:jc w:val="center"/>
      </w:pPr>
      <w:r>
        <w:rPr>
          <w:b/>
          <w:sz w:val="30"/>
        </w:rPr>
        <w:t>ЗАЯВЛЕНИЕ ОБ ОСВОБОЖДЕНИИ ОТ ИСПОЛНЕНИЯ ОБЯЗАННОСТЕЙ ОПЕКУНА</w:t>
      </w:r>
    </w:p>
    <w:p>
      <w:pPr>
        <w:ind w:firstLine="283"/>
      </w:pPr>
      <w:r>
        <w:t xml:space="preserve">Я, </w:t>
      </w:r>
      <w:r>
        <w:rPr>
          <w:i/>
          <w:color w:val="854D0E"/>
        </w:rPr>
        <w:t>Смирнова Ольга Николаевна</w:t>
      </w:r>
      <w:r>
        <w:t xml:space="preserve">, назначена опекуном несовершеннолетнего </w:t>
      </w:r>
      <w:r>
        <w:rPr>
          <w:i/>
          <w:color w:val="854D0E"/>
        </w:rPr>
        <w:t>Иванова Сергея Алексеевича</w:t>
      </w:r>
      <w:r>
        <w:t xml:space="preserve">, </w:t>
      </w:r>
      <w:r>
        <w:rPr>
          <w:i/>
          <w:color w:val="854D0E"/>
        </w:rPr>
        <w:t>1 февраля 2017 г.</w:t>
      </w:r>
      <w:r>
        <w:t xml:space="preserve"> рождения, на основании акта органа опеки от </w:t>
      </w:r>
      <w:r>
        <w:rPr>
          <w:i/>
          <w:color w:val="854D0E"/>
        </w:rPr>
        <w:t>15 июня 2024 г.</w:t>
      </w:r>
      <w:r>
        <w:t xml:space="preserve"> </w:t>
      </w:r>
      <w:r>
        <w:rPr>
          <w:i/>
          <w:color w:val="854D0E"/>
        </w:rPr>
        <w:t>№ 000</w:t>
      </w:r>
      <w:r>
        <w:t>.</w:t>
      </w:r>
    </w:p>
    <w:p>
      <w:pPr>
        <w:ind w:firstLine="283"/>
      </w:pPr>
      <w:r>
        <w:t xml:space="preserve">В соответствии с пунктом 2 статьи 39 ГК РФ и частью 3 статьи 29 Федерального закона № 48-ФЗ прошу освободить меня от исполнения обязанностей опекуна в отношении </w:t>
      </w:r>
      <w:r>
        <w:rPr>
          <w:i/>
          <w:color w:val="854D0E"/>
        </w:rPr>
        <w:t>Иванова Сергея Алексеевича</w:t>
      </w:r>
      <w:r>
        <w:t>.</w:t>
      </w:r>
    </w:p>
    <w:p>
      <w:pPr>
        <w:ind w:firstLine="283"/>
      </w:pPr>
      <w:r>
        <w:t>Прошу сообщить о принятом решении, реквизитах акта об освобождении, а также о порядке и сроках передачи ребёнка, документов и имущества подопечного.</w:t>
      </w:r>
    </w:p>
    <w:p>
      <w:pPr>
        <w:keepNext/>
        <w:ind w:firstLine="283"/>
      </w:pPr>
      <w:r>
        <w:t>Приложение: копия акта о назначении опекуном.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</w:pPr>
            <w:r/>
            <w:r>
              <w:rPr>
                <w:i/>
                <w:color w:val="854D0E"/>
              </w:rPr>
              <w:t>30 сентября 2026 г.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Смирнова О.Н.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20"/>
        </w:rPr>
        <w:t xml:space="preserve">Подготовлено </w:t>
      </w:r>
      <w:hyperlink r:id="rId10">
        <w:r>
          <w:rPr>
            <w:color w:val="D03B5A"/>
            <w:sz w:val="20"/>
            <w:u w:val="single"/>
          </w:rPr>
          <w:t>Law-Divorce.org</w:t>
        </w:r>
      </w:hyperlink>
      <w:r>
        <w:rPr>
          <w:color w:val="D03B5A"/>
          <w:sz w:val="20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76" w:lineRule="auto" w:after="120"/>
    </w:pPr>
    <w:rPr>
      <w:rFonts w:ascii="Times New Roman" w:hAnsi="Times New Roman" w:eastAsia="Times New Roman" w:cs="Times New Roman"/>
      <w:color w:val="000000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освобождении от исполнения обязанностей опекуна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