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ДОВЕРЕННОСТЬ</w:t>
      </w:r>
    </w:p>
    <w:p>
      <w:pPr>
        <w:ind w:firstLine="283"/>
      </w:pPr>
      <w:r/>
      <w:r>
        <w:rPr>
          <w:i/>
          <w:color w:val="854D0E"/>
        </w:rPr>
        <w:t>Город Москва</w:t>
      </w:r>
      <w:r>
        <w:t xml:space="preserve">. Дата совершения: </w:t>
      </w:r>
      <w:r>
        <w:rPr>
          <w:i/>
          <w:color w:val="854D0E"/>
        </w:rPr>
        <w:t>тридцатое сентября две тысячи двадцать шестого года</w:t>
      </w:r>
      <w:r>
        <w:t>.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</w:t>
      </w:r>
      <w:r>
        <w:rPr>
          <w:i/>
          <w:color w:val="854D0E"/>
        </w:rPr>
        <w:t>20 июля 1987 г.</w:t>
      </w:r>
      <w:r>
        <w:t xml:space="preserve"> рождения в </w:t>
      </w:r>
      <w:r>
        <w:rPr>
          <w:i/>
          <w:color w:val="854D0E"/>
        </w:rPr>
        <w:t>г. Москве</w:t>
      </w:r>
      <w:r>
        <w:t xml:space="preserve">, </w:t>
      </w:r>
      <w:r>
        <w:rPr>
          <w:i/>
          <w:color w:val="854D0E"/>
        </w:rPr>
        <w:t>паспорт 00 00 № 000000</w:t>
      </w:r>
      <w:r>
        <w:t xml:space="preserve">, проживающая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, уполномочиваю </w:t>
      </w:r>
      <w:r>
        <w:rPr>
          <w:i/>
          <w:color w:val="854D0E"/>
        </w:rPr>
        <w:t>Смирнову Ольгу Николаевну</w:t>
      </w:r>
      <w:r>
        <w:t xml:space="preserve">, </w:t>
      </w:r>
      <w:r>
        <w:rPr>
          <w:i/>
          <w:color w:val="854D0E"/>
        </w:rPr>
        <w:t>20 июля 1987 г.</w:t>
      </w:r>
      <w:r>
        <w:t xml:space="preserve"> рождения в </w:t>
      </w:r>
      <w:r>
        <w:rPr>
          <w:i/>
          <w:color w:val="854D0E"/>
        </w:rPr>
        <w:t>г. Москве</w:t>
      </w:r>
      <w:r>
        <w:t xml:space="preserve">, </w:t>
      </w:r>
      <w:r>
        <w:rPr>
          <w:i/>
          <w:color w:val="854D0E"/>
        </w:rPr>
        <w:t>паспорт 00 00 № 000003</w:t>
      </w:r>
      <w:r>
        <w:t xml:space="preserve">, проживающую по адресу: </w:t>
      </w:r>
      <w:r>
        <w:rPr>
          <w:i/>
          <w:color w:val="854D0E"/>
        </w:rPr>
        <w:t>г. Москва, ул. Шипиловская, д. 25, корп. 1, кв. 21</w:t>
      </w:r>
      <w:r>
        <w:t xml:space="preserve">, представлять мои интересы при продаже принадлежащей мне </w:t>
      </w:r>
      <w:r>
        <w:rPr>
          <w:i/>
          <w:color w:val="854D0E"/>
        </w:rPr>
        <w:t>1/2 доли</w:t>
      </w:r>
      <w:r>
        <w:t xml:space="preserve"> в праве общей долевой собственности на квартиру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, кадастровый номер </w:t>
      </w:r>
      <w:r>
        <w:rPr>
          <w:i/>
          <w:color w:val="854D0E"/>
        </w:rPr>
        <w:t>77:05:0000000:100</w:t>
      </w:r>
      <w:r>
        <w:t>.</w:t>
      </w:r>
    </w:p>
    <w:p>
      <w:pPr>
        <w:ind w:firstLine="283"/>
      </w:pPr>
      <w:r>
        <w:t>Предоставляю представителю право заключить и подписать от моего имени договор купли-продажи указанной доли, при необходимости передаточный акт, подавать и подписывать заявления о государственной регистрации перехода права, представлять необходимые документы и получать документы по результатам регистрации.</w:t>
      </w:r>
    </w:p>
    <w:p>
      <w:pPr>
        <w:ind w:firstLine="283"/>
      </w:pPr>
      <w:r>
        <w:t xml:space="preserve">Продать долю по цене </w:t>
      </w:r>
      <w:r>
        <w:rPr>
          <w:i/>
          <w:color w:val="854D0E"/>
        </w:rPr>
        <w:t>4000000 (четыре миллиона) рублей</w:t>
      </w:r>
      <w:r>
        <w:t xml:space="preserve">, </w:t>
      </w:r>
      <w:r>
        <w:rPr>
          <w:i/>
          <w:color w:val="854D0E"/>
        </w:rPr>
        <w:t>без права получения денежных средств, составляющих цену доли, и без права распоряжения ими</w:t>
      </w:r>
      <w:r>
        <w:t>.</w:t>
      </w:r>
    </w:p>
    <w:p>
      <w:pPr>
        <w:ind w:firstLine="283"/>
      </w:pPr>
      <w:r/>
      <w:r>
        <w:rPr>
          <w:i/>
          <w:color w:val="854D0E"/>
        </w:rPr>
        <w:t>Предоставляю право извещать от моего имени остальных участников долевой собственности о намерении продать долю постороннему лицу с указанием цены и иных условий, обращаться к нотариусу для передачи извещений и получать относящиеся к процедуре документы</w:t>
      </w:r>
      <w:r>
        <w:t>.</w:t>
      </w:r>
    </w:p>
    <w:p>
      <w:pPr>
        <w:keepNext/>
        <w:ind w:firstLine="283"/>
      </w:pPr>
      <w:r/>
      <w:r>
        <w:rPr>
          <w:i/>
          <w:color w:val="854D0E"/>
        </w:rPr>
        <w:t>Без права передоверия полномочий другим лицам</w:t>
      </w:r>
      <w:r>
        <w:t xml:space="preserve">. Доверенность выдана сроком на </w:t>
      </w:r>
      <w:r>
        <w:rPr>
          <w:i/>
          <w:color w:val="854D0E"/>
        </w:rPr>
        <w:t>один год</w:t>
      </w:r>
      <w:r>
        <w:t xml:space="preserve"> со дня совершения.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